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BD0C2F" w14:textId="77777777" w:rsidR="00843C2B" w:rsidRPr="00757FBC" w:rsidRDefault="00054188">
      <w:pPr>
        <w:jc w:val="center"/>
        <w:rPr>
          <w:lang w:val="pt-BR"/>
        </w:rPr>
      </w:pPr>
      <w:r w:rsidRPr="00757FBC">
        <w:rPr>
          <w:b/>
          <w:sz w:val="30"/>
          <w:lang w:val="pt-BR"/>
        </w:rPr>
        <w:t>SOCIEDADE BRASILEIRA DE RECURSOS GENÉTICOS – SBRG</w:t>
      </w:r>
    </w:p>
    <w:p w14:paraId="3A893E84" w14:textId="77777777" w:rsidR="00843C2B" w:rsidRPr="00757FBC" w:rsidRDefault="00054188">
      <w:pPr>
        <w:jc w:val="center"/>
        <w:rPr>
          <w:lang w:val="pt-BR"/>
        </w:rPr>
      </w:pPr>
      <w:r w:rsidRPr="00757FBC">
        <w:rPr>
          <w:b/>
          <w:sz w:val="30"/>
          <w:lang w:val="pt-BR"/>
        </w:rPr>
        <w:t>PRÊMIO CLARA OLIVEIRA GOEDERT</w:t>
      </w:r>
    </w:p>
    <w:p w14:paraId="3E3026D2" w14:textId="77777777" w:rsidR="00843C2B" w:rsidRPr="00757FBC" w:rsidRDefault="00054188">
      <w:pPr>
        <w:jc w:val="center"/>
        <w:rPr>
          <w:lang w:val="pt-BR"/>
        </w:rPr>
      </w:pPr>
      <w:r w:rsidRPr="00757FBC">
        <w:rPr>
          <w:b/>
          <w:sz w:val="26"/>
          <w:lang w:val="pt-BR"/>
        </w:rPr>
        <w:t>FICHA DE INSCRIÇÃO – CATEGORIA TESE E DISSERTAÇÃO</w:t>
      </w:r>
    </w:p>
    <w:p w14:paraId="584E0A19" w14:textId="0027B47D" w:rsidR="00843C2B" w:rsidRPr="00757FBC" w:rsidRDefault="00054188">
      <w:pPr>
        <w:rPr>
          <w:lang w:val="pt-BR"/>
        </w:rPr>
      </w:pPr>
      <w:r w:rsidRPr="00757FBC">
        <w:rPr>
          <w:lang w:val="pt-BR"/>
        </w:rPr>
        <w:t>Edição 2026 | Prazo de inscrição: 10 de outubro de 2026 | Envio da documentação: premioclarasbrg@gmail.com</w:t>
      </w:r>
    </w:p>
    <w:p w14:paraId="44E649AF" w14:textId="77777777" w:rsidR="00843C2B" w:rsidRPr="00757FBC" w:rsidRDefault="00054188">
      <w:pPr>
        <w:rPr>
          <w:lang w:val="pt-BR"/>
        </w:rPr>
      </w:pPr>
      <w:r w:rsidRPr="00757FBC">
        <w:rPr>
          <w:b/>
          <w:sz w:val="23"/>
          <w:lang w:val="pt-BR"/>
        </w:rPr>
        <w:t>1. IDENTIFICAÇÃO DA CANDIDATURA</w:t>
      </w:r>
    </w:p>
    <w:p w14:paraId="51A587EE" w14:textId="77777777" w:rsidR="00843C2B" w:rsidRPr="00757FBC" w:rsidRDefault="00054188">
      <w:pPr>
        <w:rPr>
          <w:lang w:val="pt-BR"/>
        </w:rPr>
      </w:pPr>
      <w:r w:rsidRPr="00757FBC">
        <w:rPr>
          <w:lang w:val="pt-BR"/>
        </w:rPr>
        <w:t>☐ Tese de Doutorado</w:t>
      </w:r>
    </w:p>
    <w:p w14:paraId="565C88A1" w14:textId="77777777" w:rsidR="00843C2B" w:rsidRPr="00757FBC" w:rsidRDefault="00054188">
      <w:pPr>
        <w:rPr>
          <w:lang w:val="pt-BR"/>
        </w:rPr>
      </w:pPr>
      <w:r w:rsidRPr="00757FBC">
        <w:rPr>
          <w:lang w:val="pt-BR"/>
        </w:rPr>
        <w:t>☐ Dissertação de Mestrado</w:t>
      </w:r>
    </w:p>
    <w:p w14:paraId="36F27A28" w14:textId="77777777" w:rsidR="00843C2B" w:rsidRPr="00757FBC" w:rsidRDefault="00054188">
      <w:pPr>
        <w:rPr>
          <w:lang w:val="pt-BR"/>
        </w:rPr>
      </w:pPr>
      <w:r w:rsidRPr="00757FBC">
        <w:rPr>
          <w:lang w:val="pt-BR"/>
        </w:rPr>
        <w:t>☐ Recursos Genéticos Vegetais</w:t>
      </w:r>
    </w:p>
    <w:p w14:paraId="0F451911" w14:textId="77777777" w:rsidR="00843C2B" w:rsidRPr="00757FBC" w:rsidRDefault="00054188">
      <w:pPr>
        <w:rPr>
          <w:lang w:val="pt-BR"/>
        </w:rPr>
      </w:pPr>
      <w:r w:rsidRPr="00757FBC">
        <w:rPr>
          <w:lang w:val="pt-BR"/>
        </w:rPr>
        <w:t>☐ Recursos Genéticos Animais</w:t>
      </w:r>
    </w:p>
    <w:p w14:paraId="68DF4E0E" w14:textId="77777777" w:rsidR="00843C2B" w:rsidRPr="00757FBC" w:rsidRDefault="00054188">
      <w:pPr>
        <w:rPr>
          <w:lang w:val="pt-BR"/>
        </w:rPr>
      </w:pPr>
      <w:r w:rsidRPr="00757FBC">
        <w:rPr>
          <w:lang w:val="pt-BR"/>
        </w:rPr>
        <w:t>☐ Recursos Genéticos de Microrganismos</w:t>
      </w:r>
    </w:p>
    <w:p w14:paraId="59C267B8" w14:textId="4FBEB1AD" w:rsidR="00843C2B" w:rsidRPr="00757FBC" w:rsidRDefault="00054188">
      <w:pPr>
        <w:rPr>
          <w:lang w:val="pt-BR"/>
        </w:rPr>
      </w:pPr>
      <w:r w:rsidRPr="00757FBC">
        <w:rPr>
          <w:b/>
          <w:lang w:val="pt-BR"/>
        </w:rPr>
        <w:t>Título completo da tese/dissertação:</w:t>
      </w:r>
      <w:r w:rsidRPr="00757FBC">
        <w:rPr>
          <w:lang w:val="pt-BR"/>
        </w:rPr>
        <w:br/>
        <w:t>___________________________________________________________________________________________</w:t>
      </w:r>
      <w:r w:rsidRPr="00757FBC">
        <w:rPr>
          <w:lang w:val="pt-BR"/>
        </w:rPr>
        <w:br/>
      </w:r>
    </w:p>
    <w:p w14:paraId="1211E89F" w14:textId="61B30BF8" w:rsidR="00843C2B" w:rsidRPr="00757FBC" w:rsidRDefault="00054188">
      <w:pPr>
        <w:rPr>
          <w:lang w:val="pt-BR"/>
        </w:rPr>
      </w:pPr>
      <w:r w:rsidRPr="00757FBC">
        <w:rPr>
          <w:b/>
          <w:lang w:val="pt-BR"/>
        </w:rPr>
        <w:t>Título em inglês (se houver):</w:t>
      </w:r>
      <w:r w:rsidRPr="00757FBC">
        <w:rPr>
          <w:lang w:val="pt-BR"/>
        </w:rPr>
        <w:br/>
        <w:t>___________________________________________________________________________________________</w:t>
      </w:r>
      <w:r w:rsidRPr="00757FBC">
        <w:rPr>
          <w:lang w:val="pt-BR"/>
        </w:rPr>
        <w:br/>
      </w:r>
    </w:p>
    <w:p w14:paraId="5415C904" w14:textId="2CDF05EE" w:rsidR="00843C2B" w:rsidRPr="00757FBC" w:rsidRDefault="00054188">
      <w:pPr>
        <w:rPr>
          <w:lang w:val="pt-BR"/>
        </w:rPr>
      </w:pPr>
      <w:r w:rsidRPr="00757FBC">
        <w:rPr>
          <w:b/>
          <w:lang w:val="pt-BR"/>
        </w:rPr>
        <w:t>Programa de Pós-Graduação:</w:t>
      </w:r>
      <w:r w:rsidRPr="00757FBC">
        <w:rPr>
          <w:lang w:val="pt-BR"/>
        </w:rPr>
        <w:br/>
        <w:t>___________________________________________________________________________________________</w:t>
      </w:r>
      <w:r w:rsidRPr="00757FBC">
        <w:rPr>
          <w:lang w:val="pt-BR"/>
        </w:rPr>
        <w:br/>
      </w:r>
    </w:p>
    <w:p w14:paraId="62CD9390" w14:textId="02F35754" w:rsidR="00843C2B" w:rsidRPr="00757FBC" w:rsidRDefault="00054188">
      <w:pPr>
        <w:rPr>
          <w:lang w:val="pt-BR"/>
        </w:rPr>
      </w:pPr>
      <w:r w:rsidRPr="00757FBC">
        <w:rPr>
          <w:b/>
          <w:lang w:val="pt-BR"/>
        </w:rPr>
        <w:t>Instituição:</w:t>
      </w:r>
      <w:r w:rsidRPr="00757FBC">
        <w:rPr>
          <w:lang w:val="pt-BR"/>
        </w:rPr>
        <w:br/>
        <w:t>___________________________________________________________________________________________</w:t>
      </w:r>
      <w:r w:rsidRPr="00757FBC">
        <w:rPr>
          <w:lang w:val="pt-BR"/>
        </w:rPr>
        <w:br/>
      </w:r>
    </w:p>
    <w:p w14:paraId="03A2F7D9" w14:textId="4C69D927" w:rsidR="00843C2B" w:rsidRPr="00757FBC" w:rsidRDefault="00054188">
      <w:pPr>
        <w:rPr>
          <w:lang w:val="pt-BR"/>
        </w:rPr>
      </w:pPr>
      <w:r w:rsidRPr="00757FBC">
        <w:rPr>
          <w:b/>
          <w:lang w:val="pt-BR"/>
        </w:rPr>
        <w:t>Área de concentração:</w:t>
      </w:r>
      <w:r w:rsidRPr="00757FBC">
        <w:rPr>
          <w:lang w:val="pt-BR"/>
        </w:rPr>
        <w:br/>
        <w:t>___________________________________________________________________________________________</w:t>
      </w:r>
      <w:r w:rsidRPr="00757FBC">
        <w:rPr>
          <w:lang w:val="pt-BR"/>
        </w:rPr>
        <w:br/>
      </w:r>
    </w:p>
    <w:p w14:paraId="1E0AEEF7" w14:textId="13BC8A62" w:rsidR="00843C2B" w:rsidRPr="00757FBC" w:rsidRDefault="00054188">
      <w:pPr>
        <w:rPr>
          <w:lang w:val="pt-BR"/>
        </w:rPr>
      </w:pPr>
      <w:r w:rsidRPr="00757FBC">
        <w:rPr>
          <w:b/>
          <w:lang w:val="pt-BR"/>
        </w:rPr>
        <w:t>Linha de pesquisa:</w:t>
      </w:r>
      <w:r w:rsidRPr="00757FBC">
        <w:rPr>
          <w:lang w:val="pt-BR"/>
        </w:rPr>
        <w:br/>
        <w:t>___________________________________________________________________________________________</w:t>
      </w:r>
      <w:r w:rsidRPr="00757FBC">
        <w:rPr>
          <w:lang w:val="pt-BR"/>
        </w:rPr>
        <w:br/>
      </w:r>
    </w:p>
    <w:p w14:paraId="247E36E0" w14:textId="43159A95" w:rsidR="00843C2B" w:rsidRPr="00757FBC" w:rsidRDefault="00054188">
      <w:pPr>
        <w:rPr>
          <w:lang w:val="pt-BR"/>
        </w:rPr>
      </w:pPr>
      <w:r w:rsidRPr="00757FBC">
        <w:rPr>
          <w:b/>
          <w:lang w:val="pt-BR"/>
        </w:rPr>
        <w:t>Data da defesa:</w:t>
      </w:r>
      <w:r w:rsidRPr="00757FBC">
        <w:rPr>
          <w:lang w:val="pt-BR"/>
        </w:rPr>
        <w:br/>
        <w:t>___________________________________________________________________________________________</w:t>
      </w:r>
      <w:r w:rsidRPr="00757FBC">
        <w:rPr>
          <w:lang w:val="pt-BR"/>
        </w:rPr>
        <w:br/>
      </w:r>
    </w:p>
    <w:p w14:paraId="190BEB3F" w14:textId="2ED81CD3" w:rsidR="00843C2B" w:rsidRPr="00757FBC" w:rsidRDefault="00054188">
      <w:pPr>
        <w:rPr>
          <w:lang w:val="pt-BR"/>
        </w:rPr>
      </w:pPr>
      <w:r w:rsidRPr="00757FBC">
        <w:rPr>
          <w:b/>
          <w:lang w:val="pt-BR"/>
        </w:rPr>
        <w:t>Data da aprovação (se distinta):</w:t>
      </w:r>
      <w:r w:rsidRPr="00757FBC">
        <w:rPr>
          <w:lang w:val="pt-BR"/>
        </w:rPr>
        <w:br/>
        <w:t>___________________________________________________________________________________________</w:t>
      </w:r>
      <w:r w:rsidRPr="00757FBC">
        <w:rPr>
          <w:lang w:val="pt-BR"/>
        </w:rPr>
        <w:br/>
      </w:r>
    </w:p>
    <w:p w14:paraId="794C8861" w14:textId="33D68433" w:rsidR="00843C2B" w:rsidRPr="00757FBC" w:rsidRDefault="00054188">
      <w:pPr>
        <w:rPr>
          <w:lang w:val="pt-BR"/>
        </w:rPr>
      </w:pPr>
      <w:r w:rsidRPr="00757FBC">
        <w:rPr>
          <w:b/>
          <w:lang w:val="pt-BR"/>
        </w:rPr>
        <w:lastRenderedPageBreak/>
        <w:t>Link/DOI/repositório da tese ou dissertação (se disponível):</w:t>
      </w:r>
      <w:r w:rsidRPr="00757FBC">
        <w:rPr>
          <w:lang w:val="pt-BR"/>
        </w:rPr>
        <w:br/>
        <w:t>___________________________________________________________________________________________</w:t>
      </w:r>
      <w:r w:rsidRPr="00757FBC">
        <w:rPr>
          <w:lang w:val="pt-BR"/>
        </w:rPr>
        <w:br/>
      </w:r>
    </w:p>
    <w:p w14:paraId="66E542A3" w14:textId="77777777" w:rsidR="007D3BA1" w:rsidRDefault="007D3BA1">
      <w:pPr>
        <w:rPr>
          <w:b/>
          <w:sz w:val="23"/>
          <w:lang w:val="pt-BR"/>
        </w:rPr>
      </w:pPr>
    </w:p>
    <w:p w14:paraId="0818EFCC" w14:textId="6002CFA8" w:rsidR="00843C2B" w:rsidRPr="00757FBC" w:rsidRDefault="00054188">
      <w:pPr>
        <w:rPr>
          <w:lang w:val="pt-BR"/>
        </w:rPr>
      </w:pPr>
      <w:r w:rsidRPr="00757FBC">
        <w:rPr>
          <w:b/>
          <w:sz w:val="23"/>
          <w:lang w:val="pt-BR"/>
        </w:rPr>
        <w:t>2. IDENTIFICAÇÃO DO(A) CANDIDATO(A)</w:t>
      </w:r>
    </w:p>
    <w:p w14:paraId="3FB410A5" w14:textId="479A5F2F" w:rsidR="00843C2B" w:rsidRPr="00757FBC" w:rsidRDefault="00054188">
      <w:pPr>
        <w:rPr>
          <w:lang w:val="pt-BR"/>
        </w:rPr>
      </w:pPr>
      <w:r w:rsidRPr="00757FBC">
        <w:rPr>
          <w:b/>
          <w:lang w:val="pt-BR"/>
        </w:rPr>
        <w:t>Nome completo:</w:t>
      </w:r>
      <w:r w:rsidRPr="00757FBC">
        <w:rPr>
          <w:lang w:val="pt-BR"/>
        </w:rPr>
        <w:br/>
        <w:t>___________________________________________________________________________________________</w:t>
      </w:r>
      <w:r w:rsidRPr="00757FBC">
        <w:rPr>
          <w:lang w:val="pt-BR"/>
        </w:rPr>
        <w:br/>
      </w:r>
    </w:p>
    <w:p w14:paraId="79EF51DF" w14:textId="084272EE" w:rsidR="00843C2B" w:rsidRPr="00757FBC" w:rsidRDefault="00054188">
      <w:pPr>
        <w:rPr>
          <w:lang w:val="pt-BR"/>
        </w:rPr>
      </w:pPr>
      <w:r w:rsidRPr="00757FBC">
        <w:rPr>
          <w:b/>
          <w:lang w:val="pt-BR"/>
        </w:rPr>
        <w:t>E-mail:</w:t>
      </w:r>
      <w:r w:rsidRPr="00757FBC">
        <w:rPr>
          <w:lang w:val="pt-BR"/>
        </w:rPr>
        <w:br/>
        <w:t>___________________________________________________________________________________________</w:t>
      </w:r>
      <w:r w:rsidRPr="00757FBC">
        <w:rPr>
          <w:lang w:val="pt-BR"/>
        </w:rPr>
        <w:br/>
      </w:r>
    </w:p>
    <w:p w14:paraId="6D24C03C" w14:textId="783FDAAA" w:rsidR="00843C2B" w:rsidRPr="00757FBC" w:rsidRDefault="00054188">
      <w:pPr>
        <w:rPr>
          <w:lang w:val="pt-BR"/>
        </w:rPr>
      </w:pPr>
      <w:r w:rsidRPr="00757FBC">
        <w:rPr>
          <w:b/>
          <w:lang w:val="pt-BR"/>
        </w:rPr>
        <w:t>Telefone:</w:t>
      </w:r>
      <w:r w:rsidRPr="00757FBC">
        <w:rPr>
          <w:lang w:val="pt-BR"/>
        </w:rPr>
        <w:br/>
        <w:t>___________________________________________________________________________________________</w:t>
      </w:r>
      <w:r w:rsidRPr="00757FBC">
        <w:rPr>
          <w:lang w:val="pt-BR"/>
        </w:rPr>
        <w:br/>
      </w:r>
    </w:p>
    <w:p w14:paraId="35EFB11D" w14:textId="44B4B387" w:rsidR="00843C2B" w:rsidRPr="00757FBC" w:rsidRDefault="00054188">
      <w:pPr>
        <w:rPr>
          <w:lang w:val="pt-BR"/>
        </w:rPr>
      </w:pPr>
      <w:r w:rsidRPr="00757FBC">
        <w:rPr>
          <w:b/>
          <w:lang w:val="pt-BR"/>
        </w:rPr>
        <w:t>ORCID (se disponível):</w:t>
      </w:r>
      <w:r w:rsidRPr="00757FBC">
        <w:rPr>
          <w:lang w:val="pt-BR"/>
        </w:rPr>
        <w:br/>
        <w:t>___________________________________________________________________________________________</w:t>
      </w:r>
      <w:r w:rsidRPr="00757FBC">
        <w:rPr>
          <w:lang w:val="pt-BR"/>
        </w:rPr>
        <w:br/>
      </w:r>
    </w:p>
    <w:p w14:paraId="476A6DFE" w14:textId="1A26486E" w:rsidR="00843C2B" w:rsidRPr="00757FBC" w:rsidRDefault="00054188">
      <w:pPr>
        <w:rPr>
          <w:lang w:val="pt-BR"/>
        </w:rPr>
      </w:pPr>
      <w:r w:rsidRPr="00757FBC">
        <w:rPr>
          <w:b/>
          <w:lang w:val="pt-BR"/>
        </w:rPr>
        <w:t>Link para currículo público (Latte</w:t>
      </w:r>
      <w:r w:rsidR="00757FBC">
        <w:rPr>
          <w:b/>
          <w:lang w:val="pt-BR"/>
        </w:rPr>
        <w:t>s</w:t>
      </w:r>
      <w:r w:rsidRPr="00757FBC">
        <w:rPr>
          <w:b/>
          <w:lang w:val="pt-BR"/>
        </w:rPr>
        <w:t>):</w:t>
      </w:r>
      <w:r w:rsidRPr="00757FBC">
        <w:rPr>
          <w:lang w:val="pt-BR"/>
        </w:rPr>
        <w:br/>
        <w:t>___________________________________________________________________________________________</w:t>
      </w:r>
      <w:r w:rsidRPr="00757FBC">
        <w:rPr>
          <w:lang w:val="pt-BR"/>
        </w:rPr>
        <w:br/>
      </w:r>
    </w:p>
    <w:p w14:paraId="590A758D" w14:textId="49B56141" w:rsidR="00843C2B" w:rsidRPr="00757FBC" w:rsidRDefault="00054188">
      <w:pPr>
        <w:rPr>
          <w:lang w:val="pt-BR"/>
        </w:rPr>
      </w:pPr>
      <w:r w:rsidRPr="00757FBC">
        <w:rPr>
          <w:b/>
          <w:lang w:val="pt-BR"/>
        </w:rPr>
        <w:t>Número/identificação de associado(a) à SBRG:</w:t>
      </w:r>
      <w:r w:rsidRPr="00757FBC">
        <w:rPr>
          <w:lang w:val="pt-BR"/>
        </w:rPr>
        <w:br/>
        <w:t>___________________________________________________________________________________________</w:t>
      </w:r>
      <w:r w:rsidRPr="00757FBC">
        <w:rPr>
          <w:lang w:val="pt-BR"/>
        </w:rPr>
        <w:br/>
      </w:r>
    </w:p>
    <w:p w14:paraId="014C789E" w14:textId="77777777" w:rsidR="00843C2B" w:rsidRPr="00757FBC" w:rsidRDefault="00054188">
      <w:pPr>
        <w:rPr>
          <w:lang w:val="pt-BR"/>
        </w:rPr>
      </w:pPr>
      <w:r w:rsidRPr="00757FBC">
        <w:rPr>
          <w:lang w:val="pt-BR"/>
        </w:rPr>
        <w:t>☐ Declaro que sou associado(a) à SBRG e quite com minhas obrigações sociais na data de encerramento das inscrições.</w:t>
      </w:r>
    </w:p>
    <w:p w14:paraId="4A18052C" w14:textId="77777777" w:rsidR="007D3BA1" w:rsidRDefault="007D3BA1">
      <w:pPr>
        <w:rPr>
          <w:b/>
          <w:sz w:val="23"/>
          <w:lang w:val="pt-BR"/>
        </w:rPr>
      </w:pPr>
    </w:p>
    <w:p w14:paraId="6DBC096E" w14:textId="043A428E" w:rsidR="00843C2B" w:rsidRPr="00757FBC" w:rsidRDefault="00054188">
      <w:pPr>
        <w:rPr>
          <w:lang w:val="pt-BR"/>
        </w:rPr>
      </w:pPr>
      <w:r w:rsidRPr="00757FBC">
        <w:rPr>
          <w:b/>
          <w:sz w:val="23"/>
          <w:lang w:val="pt-BR"/>
        </w:rPr>
        <w:t>3. ORIENTAÇÃO E INSTITUIÇÃO</w:t>
      </w:r>
    </w:p>
    <w:p w14:paraId="61C2BE77" w14:textId="4E60C46B" w:rsidR="00843C2B" w:rsidRPr="00757FBC" w:rsidRDefault="00054188">
      <w:pPr>
        <w:rPr>
          <w:lang w:val="pt-BR"/>
        </w:rPr>
      </w:pPr>
      <w:r w:rsidRPr="00757FBC">
        <w:rPr>
          <w:b/>
          <w:lang w:val="pt-BR"/>
        </w:rPr>
        <w:t>Orientador(a):</w:t>
      </w:r>
      <w:r w:rsidRPr="00757FBC">
        <w:rPr>
          <w:lang w:val="pt-BR"/>
        </w:rPr>
        <w:br/>
        <w:t>___________________________________________________________________________________________</w:t>
      </w:r>
      <w:r w:rsidRPr="00757FBC">
        <w:rPr>
          <w:lang w:val="pt-BR"/>
        </w:rPr>
        <w:br/>
      </w:r>
    </w:p>
    <w:p w14:paraId="0711CA34" w14:textId="715C137C" w:rsidR="00843C2B" w:rsidRPr="00757FBC" w:rsidRDefault="00054188">
      <w:pPr>
        <w:rPr>
          <w:lang w:val="pt-BR"/>
        </w:rPr>
      </w:pPr>
      <w:r w:rsidRPr="00757FBC">
        <w:rPr>
          <w:b/>
          <w:lang w:val="pt-BR"/>
        </w:rPr>
        <w:t>Coorientador(a), se houver:</w:t>
      </w:r>
      <w:r w:rsidRPr="00757FBC">
        <w:rPr>
          <w:lang w:val="pt-BR"/>
        </w:rPr>
        <w:br/>
        <w:t>___________________________________________________________________________________________</w:t>
      </w:r>
      <w:r w:rsidRPr="00757FBC">
        <w:rPr>
          <w:lang w:val="pt-BR"/>
        </w:rPr>
        <w:br/>
      </w:r>
    </w:p>
    <w:p w14:paraId="6168A72C" w14:textId="79B86E8B" w:rsidR="00843C2B" w:rsidRPr="00757FBC" w:rsidRDefault="00054188">
      <w:pPr>
        <w:rPr>
          <w:lang w:val="pt-BR"/>
        </w:rPr>
      </w:pPr>
      <w:r w:rsidRPr="00757FBC">
        <w:rPr>
          <w:b/>
          <w:lang w:val="pt-BR"/>
        </w:rPr>
        <w:t>Instituição / Programa de Pós-Graduação:</w:t>
      </w:r>
      <w:r w:rsidRPr="00757FBC">
        <w:rPr>
          <w:lang w:val="pt-BR"/>
        </w:rPr>
        <w:br/>
        <w:t>___________________________________________________________________________________________</w:t>
      </w:r>
      <w:r w:rsidRPr="00757FBC">
        <w:rPr>
          <w:lang w:val="pt-BR"/>
        </w:rPr>
        <w:br/>
        <w:t>☐ Programa de Pós-Graduação reconhecido pela CAPES (quando realizado no Brasil).</w:t>
      </w:r>
    </w:p>
    <w:p w14:paraId="06E22E23" w14:textId="77777777" w:rsidR="00843C2B" w:rsidRPr="00757FBC" w:rsidRDefault="00054188">
      <w:pPr>
        <w:rPr>
          <w:lang w:val="pt-BR"/>
        </w:rPr>
      </w:pPr>
      <w:r w:rsidRPr="00757FBC">
        <w:rPr>
          <w:lang w:val="pt-BR"/>
        </w:rPr>
        <w:t>☐ Trabalho desenvolvido no exterior em instituição oficialmente reconhecida no respectivo país.</w:t>
      </w:r>
    </w:p>
    <w:p w14:paraId="2E109E74" w14:textId="4DDCF68C" w:rsidR="00843C2B" w:rsidRPr="00757FBC" w:rsidRDefault="00054188">
      <w:pPr>
        <w:rPr>
          <w:lang w:val="pt-BR"/>
        </w:rPr>
      </w:pPr>
      <w:r w:rsidRPr="00757FBC">
        <w:rPr>
          <w:b/>
          <w:sz w:val="23"/>
          <w:lang w:val="pt-BR"/>
        </w:rPr>
        <w:lastRenderedPageBreak/>
        <w:t>4. ENQUADRAMENTO E ELEGIBILIDADE</w:t>
      </w:r>
    </w:p>
    <w:p w14:paraId="4E9B8249" w14:textId="77777777" w:rsidR="00843C2B" w:rsidRPr="00757FBC" w:rsidRDefault="00054188">
      <w:pPr>
        <w:rPr>
          <w:lang w:val="pt-BR"/>
        </w:rPr>
      </w:pPr>
      <w:r w:rsidRPr="00757FBC">
        <w:rPr>
          <w:lang w:val="pt-BR"/>
        </w:rPr>
        <w:t>☐ Tese/dissertação defendida e aprovada entre 1º de janeiro de 2024 e 10 de outubro de 2026.</w:t>
      </w:r>
    </w:p>
    <w:p w14:paraId="3EE20290" w14:textId="77777777" w:rsidR="00843C2B" w:rsidRPr="00757FBC" w:rsidRDefault="00054188">
      <w:pPr>
        <w:rPr>
          <w:lang w:val="pt-BR"/>
        </w:rPr>
      </w:pPr>
      <w:r w:rsidRPr="00757FBC">
        <w:rPr>
          <w:lang w:val="pt-BR"/>
        </w:rPr>
        <w:t>☐ O trabalho apresenta contribuição claramente relacionada a uma das três áreas dos Recursos Genéticos.</w:t>
      </w:r>
    </w:p>
    <w:p w14:paraId="7F891232" w14:textId="77777777" w:rsidR="00843C2B" w:rsidRPr="00757FBC" w:rsidRDefault="00054188">
      <w:pPr>
        <w:rPr>
          <w:lang w:val="pt-BR"/>
        </w:rPr>
      </w:pPr>
      <w:r w:rsidRPr="00757FBC">
        <w:rPr>
          <w:lang w:val="pt-BR"/>
        </w:rPr>
        <w:t>☐ O trabalho possui caráter original e relevância científica, tecnológica, metodológica ou aplicada.</w:t>
      </w:r>
    </w:p>
    <w:p w14:paraId="488BF7BB" w14:textId="77777777" w:rsidR="00843C2B" w:rsidRPr="00757FBC" w:rsidRDefault="00054188">
      <w:pPr>
        <w:rPr>
          <w:lang w:val="pt-BR"/>
        </w:rPr>
      </w:pPr>
      <w:r w:rsidRPr="00757FBC">
        <w:rPr>
          <w:lang w:val="pt-BR"/>
        </w:rPr>
        <w:t>☐ O trabalho foi desenvolvido predominantemente pelo candidato no âmbito de sua formação de Mestrado ou Doutorado.</w:t>
      </w:r>
    </w:p>
    <w:p w14:paraId="3CABAC9B" w14:textId="77777777" w:rsidR="00843C2B" w:rsidRPr="00757FBC" w:rsidRDefault="00054188">
      <w:pPr>
        <w:rPr>
          <w:lang w:val="pt-BR"/>
        </w:rPr>
      </w:pPr>
      <w:r w:rsidRPr="00757FBC">
        <w:rPr>
          <w:lang w:val="pt-BR"/>
        </w:rPr>
        <w:t>☐ O trabalho não concorreu anteriormente ao Prêmio Clara Oliveira Goedert.</w:t>
      </w:r>
    </w:p>
    <w:p w14:paraId="210990D3" w14:textId="77777777" w:rsidR="00843C2B" w:rsidRPr="00757FBC" w:rsidRDefault="00054188">
      <w:pPr>
        <w:rPr>
          <w:lang w:val="pt-BR"/>
        </w:rPr>
      </w:pPr>
      <w:r w:rsidRPr="00757FBC">
        <w:rPr>
          <w:lang w:val="pt-BR"/>
        </w:rPr>
        <w:t>☐ Estou ciente de que teses e dissertações concorrem conjuntamente, sem vantagem decorrente do nível de formação.</w:t>
      </w:r>
    </w:p>
    <w:p w14:paraId="0705B251" w14:textId="77777777" w:rsidR="00843C2B" w:rsidRPr="00757FBC" w:rsidRDefault="00054188">
      <w:pPr>
        <w:rPr>
          <w:lang w:val="pt-BR"/>
        </w:rPr>
      </w:pPr>
      <w:r w:rsidRPr="00757FBC">
        <w:rPr>
          <w:b/>
          <w:sz w:val="23"/>
          <w:lang w:val="pt-BR"/>
        </w:rPr>
        <w:t>5. RESUMO EXPANDIDO</w:t>
      </w:r>
    </w:p>
    <w:p w14:paraId="009681BB" w14:textId="77777777" w:rsidR="00843C2B" w:rsidRPr="00757FBC" w:rsidRDefault="00054188">
      <w:pPr>
        <w:rPr>
          <w:lang w:val="pt-BR"/>
        </w:rPr>
      </w:pPr>
      <w:r w:rsidRPr="00757FBC">
        <w:rPr>
          <w:lang w:val="pt-BR"/>
        </w:rPr>
        <w:t>Apresente um resumo expandido destacando: (a) problema/questão científica; (b) objetivos; (c) originalidade; (d) principais resultados; (e) contribuição para os Recursos Genéticos; (f) impacto científico, tecnológico ou aplicado; e (g) produtos e desdobramentos, quando existentes.</w:t>
      </w:r>
    </w:p>
    <w:p w14:paraId="0DD19F2B" w14:textId="1EF8C9BB" w:rsidR="00757FBC" w:rsidRPr="00757FBC" w:rsidRDefault="00054188" w:rsidP="00757FBC">
      <w:pPr>
        <w:rPr>
          <w:lang w:val="pt-BR"/>
        </w:rPr>
      </w:pPr>
      <w:r w:rsidRPr="00757FBC">
        <w:rPr>
          <w:b/>
          <w:lang w:val="pt-BR"/>
        </w:rPr>
        <w:t>Resumo expandido:</w:t>
      </w:r>
      <w:r w:rsidRPr="00757FBC">
        <w:rPr>
          <w:lang w:val="pt-BR"/>
        </w:rPr>
        <w:br/>
        <w:t>___________________________________________________________________________________________</w:t>
      </w:r>
      <w:r w:rsidR="00757FBC" w:rsidRPr="00757FBC">
        <w:rPr>
          <w:lang w:val="pt-BR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589DA0B" w14:textId="77777777" w:rsidR="00843C2B" w:rsidRPr="00757FBC" w:rsidRDefault="00054188">
      <w:pPr>
        <w:rPr>
          <w:lang w:val="pt-BR"/>
        </w:rPr>
      </w:pPr>
      <w:r w:rsidRPr="00757FBC">
        <w:rPr>
          <w:b/>
          <w:sz w:val="23"/>
          <w:lang w:val="pt-BR"/>
        </w:rPr>
        <w:lastRenderedPageBreak/>
        <w:t>6. CONTRIBUIÇÃO PARA OS RECURSOS GENÉTICOS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096"/>
        <w:gridCol w:w="5094"/>
      </w:tblGrid>
      <w:tr w:rsidR="00843C2B" w14:paraId="6EFBBCFB" w14:textId="77777777">
        <w:trPr>
          <w:jc w:val="center"/>
        </w:trPr>
        <w:tc>
          <w:tcPr>
            <w:tcW w:w="5100" w:type="dxa"/>
            <w:vAlign w:val="center"/>
          </w:tcPr>
          <w:p w14:paraId="247EB5D9" w14:textId="77777777" w:rsidR="00843C2B" w:rsidRDefault="00054188">
            <w:proofErr w:type="spellStart"/>
            <w:r>
              <w:t>Dimensão</w:t>
            </w:r>
            <w:proofErr w:type="spellEnd"/>
          </w:p>
        </w:tc>
        <w:tc>
          <w:tcPr>
            <w:tcW w:w="5100" w:type="dxa"/>
            <w:vAlign w:val="center"/>
          </w:tcPr>
          <w:p w14:paraId="2C12F989" w14:textId="77777777" w:rsidR="00843C2B" w:rsidRDefault="00054188">
            <w:r>
              <w:t>Síntese da contribuição</w:t>
            </w:r>
          </w:p>
        </w:tc>
      </w:tr>
      <w:tr w:rsidR="00843C2B" w14:paraId="0B63274E" w14:textId="77777777">
        <w:trPr>
          <w:jc w:val="center"/>
        </w:trPr>
        <w:tc>
          <w:tcPr>
            <w:tcW w:w="5100" w:type="dxa"/>
            <w:vAlign w:val="center"/>
          </w:tcPr>
          <w:p w14:paraId="4A8DDC93" w14:textId="77777777" w:rsidR="00843C2B" w:rsidRDefault="00054188">
            <w:r>
              <w:t>Conhecimento</w:t>
            </w:r>
          </w:p>
        </w:tc>
        <w:tc>
          <w:tcPr>
            <w:tcW w:w="5100" w:type="dxa"/>
            <w:vAlign w:val="center"/>
          </w:tcPr>
          <w:p w14:paraId="3F53C2C0" w14:textId="77777777" w:rsidR="00843C2B" w:rsidRDefault="00843C2B"/>
        </w:tc>
      </w:tr>
      <w:tr w:rsidR="00843C2B" w14:paraId="021D08A9" w14:textId="77777777">
        <w:trPr>
          <w:jc w:val="center"/>
        </w:trPr>
        <w:tc>
          <w:tcPr>
            <w:tcW w:w="5100" w:type="dxa"/>
            <w:vAlign w:val="center"/>
          </w:tcPr>
          <w:p w14:paraId="75E78FDC" w14:textId="77777777" w:rsidR="00843C2B" w:rsidRDefault="00054188">
            <w:r>
              <w:t>Conservação</w:t>
            </w:r>
          </w:p>
        </w:tc>
        <w:tc>
          <w:tcPr>
            <w:tcW w:w="5100" w:type="dxa"/>
            <w:vAlign w:val="center"/>
          </w:tcPr>
          <w:p w14:paraId="4F86D16C" w14:textId="77777777" w:rsidR="00843C2B" w:rsidRDefault="00843C2B"/>
        </w:tc>
      </w:tr>
      <w:tr w:rsidR="00843C2B" w14:paraId="6893AB42" w14:textId="77777777">
        <w:trPr>
          <w:jc w:val="center"/>
        </w:trPr>
        <w:tc>
          <w:tcPr>
            <w:tcW w:w="5100" w:type="dxa"/>
            <w:vAlign w:val="center"/>
          </w:tcPr>
          <w:p w14:paraId="2EE1E881" w14:textId="77777777" w:rsidR="00843C2B" w:rsidRDefault="00054188">
            <w:r>
              <w:t>Caracterização</w:t>
            </w:r>
          </w:p>
        </w:tc>
        <w:tc>
          <w:tcPr>
            <w:tcW w:w="5100" w:type="dxa"/>
            <w:vAlign w:val="center"/>
          </w:tcPr>
          <w:p w14:paraId="2BA15DAE" w14:textId="77777777" w:rsidR="00843C2B" w:rsidRDefault="00843C2B"/>
        </w:tc>
      </w:tr>
      <w:tr w:rsidR="00843C2B" w14:paraId="1513D4A9" w14:textId="77777777">
        <w:trPr>
          <w:jc w:val="center"/>
        </w:trPr>
        <w:tc>
          <w:tcPr>
            <w:tcW w:w="5100" w:type="dxa"/>
            <w:vAlign w:val="center"/>
          </w:tcPr>
          <w:p w14:paraId="041DF505" w14:textId="77777777" w:rsidR="00843C2B" w:rsidRDefault="00054188">
            <w:r>
              <w:t>Avaliação</w:t>
            </w:r>
          </w:p>
        </w:tc>
        <w:tc>
          <w:tcPr>
            <w:tcW w:w="5100" w:type="dxa"/>
            <w:vAlign w:val="center"/>
          </w:tcPr>
          <w:p w14:paraId="0C4D85D4" w14:textId="77777777" w:rsidR="00843C2B" w:rsidRDefault="00843C2B"/>
        </w:tc>
      </w:tr>
      <w:tr w:rsidR="00843C2B" w14:paraId="1B3F4947" w14:textId="77777777">
        <w:trPr>
          <w:jc w:val="center"/>
        </w:trPr>
        <w:tc>
          <w:tcPr>
            <w:tcW w:w="5100" w:type="dxa"/>
            <w:vAlign w:val="center"/>
          </w:tcPr>
          <w:p w14:paraId="34D2052D" w14:textId="77777777" w:rsidR="00843C2B" w:rsidRDefault="00054188">
            <w:r>
              <w:t>Documentação</w:t>
            </w:r>
          </w:p>
        </w:tc>
        <w:tc>
          <w:tcPr>
            <w:tcW w:w="5100" w:type="dxa"/>
            <w:vAlign w:val="center"/>
          </w:tcPr>
          <w:p w14:paraId="781D6882" w14:textId="77777777" w:rsidR="00843C2B" w:rsidRDefault="00843C2B"/>
        </w:tc>
      </w:tr>
      <w:tr w:rsidR="00843C2B" w14:paraId="76485674" w14:textId="77777777">
        <w:trPr>
          <w:jc w:val="center"/>
        </w:trPr>
        <w:tc>
          <w:tcPr>
            <w:tcW w:w="5100" w:type="dxa"/>
            <w:vAlign w:val="center"/>
          </w:tcPr>
          <w:p w14:paraId="65EADA9E" w14:textId="77777777" w:rsidR="00843C2B" w:rsidRDefault="00054188">
            <w:r>
              <w:t>Gestão</w:t>
            </w:r>
          </w:p>
        </w:tc>
        <w:tc>
          <w:tcPr>
            <w:tcW w:w="5100" w:type="dxa"/>
            <w:vAlign w:val="center"/>
          </w:tcPr>
          <w:p w14:paraId="7DD1D794" w14:textId="77777777" w:rsidR="00843C2B" w:rsidRDefault="00843C2B"/>
        </w:tc>
      </w:tr>
      <w:tr w:rsidR="00843C2B" w14:paraId="22F216B5" w14:textId="77777777">
        <w:trPr>
          <w:jc w:val="center"/>
        </w:trPr>
        <w:tc>
          <w:tcPr>
            <w:tcW w:w="5100" w:type="dxa"/>
            <w:vAlign w:val="center"/>
          </w:tcPr>
          <w:p w14:paraId="50298C90" w14:textId="77777777" w:rsidR="00843C2B" w:rsidRDefault="00054188">
            <w:r>
              <w:t>Valorização</w:t>
            </w:r>
          </w:p>
        </w:tc>
        <w:tc>
          <w:tcPr>
            <w:tcW w:w="5100" w:type="dxa"/>
            <w:vAlign w:val="center"/>
          </w:tcPr>
          <w:p w14:paraId="650243DB" w14:textId="77777777" w:rsidR="00843C2B" w:rsidRDefault="00843C2B"/>
        </w:tc>
      </w:tr>
      <w:tr w:rsidR="00843C2B" w14:paraId="56A1DE8A" w14:textId="77777777">
        <w:trPr>
          <w:jc w:val="center"/>
        </w:trPr>
        <w:tc>
          <w:tcPr>
            <w:tcW w:w="5100" w:type="dxa"/>
            <w:vAlign w:val="center"/>
          </w:tcPr>
          <w:p w14:paraId="3C5DD1AE" w14:textId="77777777" w:rsidR="00843C2B" w:rsidRDefault="00054188">
            <w:r>
              <w:t>Desenvolvimento metodológico/tecnológico</w:t>
            </w:r>
          </w:p>
        </w:tc>
        <w:tc>
          <w:tcPr>
            <w:tcW w:w="5100" w:type="dxa"/>
            <w:vAlign w:val="center"/>
          </w:tcPr>
          <w:p w14:paraId="7641D554" w14:textId="77777777" w:rsidR="00843C2B" w:rsidRDefault="00843C2B"/>
        </w:tc>
      </w:tr>
      <w:tr w:rsidR="00843C2B" w14:paraId="77A3F7F4" w14:textId="77777777">
        <w:trPr>
          <w:jc w:val="center"/>
        </w:trPr>
        <w:tc>
          <w:tcPr>
            <w:tcW w:w="5100" w:type="dxa"/>
            <w:vAlign w:val="center"/>
          </w:tcPr>
          <w:p w14:paraId="1AE34B0C" w14:textId="77777777" w:rsidR="00843C2B" w:rsidRDefault="00054188">
            <w:r>
              <w:t>Inovação</w:t>
            </w:r>
          </w:p>
        </w:tc>
        <w:tc>
          <w:tcPr>
            <w:tcW w:w="5100" w:type="dxa"/>
            <w:vAlign w:val="center"/>
          </w:tcPr>
          <w:p w14:paraId="1CC2C8F4" w14:textId="77777777" w:rsidR="00843C2B" w:rsidRDefault="00843C2B"/>
        </w:tc>
      </w:tr>
      <w:tr w:rsidR="00843C2B" w14:paraId="4AABC839" w14:textId="77777777">
        <w:trPr>
          <w:jc w:val="center"/>
        </w:trPr>
        <w:tc>
          <w:tcPr>
            <w:tcW w:w="5100" w:type="dxa"/>
            <w:vAlign w:val="center"/>
          </w:tcPr>
          <w:p w14:paraId="686C3822" w14:textId="77777777" w:rsidR="00843C2B" w:rsidRDefault="00054188">
            <w:r>
              <w:t>Uso sustentável</w:t>
            </w:r>
          </w:p>
        </w:tc>
        <w:tc>
          <w:tcPr>
            <w:tcW w:w="5100" w:type="dxa"/>
            <w:vAlign w:val="center"/>
          </w:tcPr>
          <w:p w14:paraId="1AB27128" w14:textId="77777777" w:rsidR="00843C2B" w:rsidRDefault="00843C2B"/>
        </w:tc>
      </w:tr>
    </w:tbl>
    <w:p w14:paraId="274606B2" w14:textId="77777777" w:rsidR="00757FBC" w:rsidRDefault="00757FBC">
      <w:pPr>
        <w:rPr>
          <w:b/>
          <w:sz w:val="23"/>
        </w:rPr>
      </w:pPr>
    </w:p>
    <w:p w14:paraId="3B2D117E" w14:textId="0E2E74DD" w:rsidR="00843C2B" w:rsidRPr="00757FBC" w:rsidRDefault="00054188">
      <w:pPr>
        <w:rPr>
          <w:lang w:val="pt-BR"/>
        </w:rPr>
      </w:pPr>
      <w:r w:rsidRPr="00757FBC">
        <w:rPr>
          <w:b/>
          <w:sz w:val="23"/>
          <w:lang w:val="pt-BR"/>
        </w:rPr>
        <w:t>7. ORIGINALIDADE E INOVAÇÃO</w:t>
      </w:r>
    </w:p>
    <w:p w14:paraId="4B04DFFF" w14:textId="5397D1F4" w:rsidR="00843C2B" w:rsidRPr="00757FBC" w:rsidRDefault="00054188">
      <w:pPr>
        <w:rPr>
          <w:lang w:val="pt-BR"/>
        </w:rPr>
      </w:pPr>
      <w:r w:rsidRPr="00757FBC">
        <w:rPr>
          <w:b/>
          <w:lang w:val="pt-BR"/>
        </w:rPr>
        <w:t>Descreva a originalidade da questão, hipóteses, abordagem, metodologia, resultados, interpretações, aplicações ou soluções desenvolvidas:</w:t>
      </w:r>
      <w:r w:rsidRPr="00757FBC">
        <w:rPr>
          <w:lang w:val="pt-BR"/>
        </w:rPr>
        <w:br/>
        <w:t>___________________________________________________________________________________________</w:t>
      </w:r>
      <w:r w:rsidR="00757FBC" w:rsidRPr="00757FBC">
        <w:rPr>
          <w:lang w:val="pt-BR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5120F95" w14:textId="77777777" w:rsidR="00843C2B" w:rsidRPr="00757FBC" w:rsidRDefault="00054188">
      <w:pPr>
        <w:rPr>
          <w:lang w:val="pt-BR"/>
        </w:rPr>
      </w:pPr>
      <w:r w:rsidRPr="00757FBC">
        <w:rPr>
          <w:b/>
          <w:sz w:val="23"/>
          <w:lang w:val="pt-BR"/>
        </w:rPr>
        <w:t>8. QUALIDADE E RIGOR CIENTÍFICO</w:t>
      </w:r>
    </w:p>
    <w:p w14:paraId="70EC87B7" w14:textId="495FC24E" w:rsidR="00843C2B" w:rsidRPr="00757FBC" w:rsidRDefault="00054188">
      <w:pPr>
        <w:rPr>
          <w:lang w:val="pt-BR"/>
        </w:rPr>
      </w:pPr>
      <w:r w:rsidRPr="00757FBC">
        <w:rPr>
          <w:b/>
          <w:lang w:val="pt-BR"/>
        </w:rPr>
        <w:t>Descreva a adequação metodológica, qualidade dos dados, consistência das análises, robustez das evidências e coerência entre objetivos, resultados, discussão e conclusões:</w:t>
      </w:r>
      <w:r w:rsidRPr="00757FBC">
        <w:rPr>
          <w:lang w:val="pt-BR"/>
        </w:rPr>
        <w:br/>
        <w:t>___________________________________________________________________________________________</w:t>
      </w:r>
      <w:r w:rsidR="00757FBC" w:rsidRPr="00757FBC">
        <w:rPr>
          <w:lang w:val="pt-BR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D1F6759" w14:textId="77777777" w:rsidR="00843C2B" w:rsidRPr="00757FBC" w:rsidRDefault="00054188">
      <w:pPr>
        <w:rPr>
          <w:lang w:val="pt-BR"/>
        </w:rPr>
      </w:pPr>
      <w:r w:rsidRPr="00757FBC">
        <w:rPr>
          <w:b/>
          <w:sz w:val="23"/>
          <w:lang w:val="pt-BR"/>
        </w:rPr>
        <w:lastRenderedPageBreak/>
        <w:t>9. IMPACTO CIENTÍFICO, TECNOLÓGICO OU APLICADO</w:t>
      </w:r>
    </w:p>
    <w:p w14:paraId="78CCA283" w14:textId="06EED8E5" w:rsidR="00843C2B" w:rsidRPr="00757FBC" w:rsidRDefault="00054188">
      <w:pPr>
        <w:rPr>
          <w:lang w:val="pt-BR"/>
        </w:rPr>
      </w:pPr>
      <w:r w:rsidRPr="00757FBC">
        <w:rPr>
          <w:b/>
          <w:lang w:val="pt-BR"/>
        </w:rPr>
        <w:t>Descreva a relevância dos resultados, potencial de aplicação, contribuição para pesquisa, conservação, gestão ou inovação, continuidade e desdobramentos:</w:t>
      </w:r>
      <w:r w:rsidRPr="00757FBC">
        <w:rPr>
          <w:lang w:val="pt-BR"/>
        </w:rPr>
        <w:br/>
        <w:t>___________________________________________________________________________________________</w:t>
      </w:r>
      <w:r w:rsidR="00757FBC" w:rsidRPr="00757FBC">
        <w:rPr>
          <w:lang w:val="pt-BR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D836BFB" w14:textId="77777777" w:rsidR="00843C2B" w:rsidRPr="00757FBC" w:rsidRDefault="00054188">
      <w:pPr>
        <w:rPr>
          <w:lang w:val="pt-BR"/>
        </w:rPr>
      </w:pPr>
      <w:r w:rsidRPr="00757FBC">
        <w:rPr>
          <w:b/>
          <w:sz w:val="23"/>
          <w:lang w:val="pt-BR"/>
        </w:rPr>
        <w:t>10. PRODUTOS E DESDOBRAMENTOS</w:t>
      </w:r>
    </w:p>
    <w:p w14:paraId="15D267B5" w14:textId="77777777" w:rsidR="00843C2B" w:rsidRPr="00757FBC" w:rsidRDefault="00054188">
      <w:pPr>
        <w:rPr>
          <w:lang w:val="pt-BR"/>
        </w:rPr>
      </w:pPr>
      <w:r w:rsidRPr="00757FBC">
        <w:rPr>
          <w:lang w:val="pt-BR"/>
        </w:rPr>
        <w:t>Assinale os produtos diretamente decorrentes da tese/dissertação e informe os respectivos dados quando existentes.</w:t>
      </w:r>
    </w:p>
    <w:p w14:paraId="43E15755" w14:textId="77777777" w:rsidR="00843C2B" w:rsidRPr="00757FBC" w:rsidRDefault="00054188">
      <w:pPr>
        <w:rPr>
          <w:lang w:val="pt-BR"/>
        </w:rPr>
      </w:pPr>
      <w:r w:rsidRPr="00757FBC">
        <w:rPr>
          <w:lang w:val="pt-BR"/>
        </w:rPr>
        <w:t>☐ Artigo(s) científico(s)</w:t>
      </w:r>
    </w:p>
    <w:p w14:paraId="36E023C8" w14:textId="77777777" w:rsidR="00843C2B" w:rsidRPr="00757FBC" w:rsidRDefault="00054188">
      <w:pPr>
        <w:rPr>
          <w:lang w:val="pt-BR"/>
        </w:rPr>
      </w:pPr>
      <w:r w:rsidRPr="00757FBC">
        <w:rPr>
          <w:lang w:val="pt-BR"/>
        </w:rPr>
        <w:t>☐ Protocolo(s) ou metodologia(s)</w:t>
      </w:r>
    </w:p>
    <w:p w14:paraId="4FC98992" w14:textId="77777777" w:rsidR="00843C2B" w:rsidRPr="00757FBC" w:rsidRDefault="00054188">
      <w:pPr>
        <w:rPr>
          <w:lang w:val="pt-BR"/>
        </w:rPr>
      </w:pPr>
      <w:r w:rsidRPr="00757FBC">
        <w:rPr>
          <w:lang w:val="pt-BR"/>
        </w:rPr>
        <w:t>☐ Tecnologia(s) ou processo(s)</w:t>
      </w:r>
    </w:p>
    <w:p w14:paraId="01AF7EAF" w14:textId="77777777" w:rsidR="00843C2B" w:rsidRPr="00757FBC" w:rsidRDefault="00054188">
      <w:pPr>
        <w:rPr>
          <w:lang w:val="pt-BR"/>
        </w:rPr>
      </w:pPr>
      <w:r w:rsidRPr="00757FBC">
        <w:rPr>
          <w:lang w:val="pt-BR"/>
        </w:rPr>
        <w:t>☐ Base(s) de dados</w:t>
      </w:r>
    </w:p>
    <w:p w14:paraId="449BAE7B" w14:textId="77777777" w:rsidR="00843C2B" w:rsidRPr="00757FBC" w:rsidRDefault="00054188">
      <w:pPr>
        <w:rPr>
          <w:lang w:val="pt-BR"/>
        </w:rPr>
      </w:pPr>
      <w:r w:rsidRPr="00757FBC">
        <w:rPr>
          <w:lang w:val="pt-BR"/>
        </w:rPr>
        <w:t>☐ Software(s) ou ferramenta(s)</w:t>
      </w:r>
    </w:p>
    <w:p w14:paraId="2381734A" w14:textId="77777777" w:rsidR="00843C2B" w:rsidRPr="00757FBC" w:rsidRDefault="00054188">
      <w:pPr>
        <w:rPr>
          <w:lang w:val="pt-BR"/>
        </w:rPr>
      </w:pPr>
      <w:r w:rsidRPr="00757FBC">
        <w:rPr>
          <w:lang w:val="pt-BR"/>
        </w:rPr>
        <w:t>☐ Material(is) ou coleção(</w:t>
      </w:r>
      <w:proofErr w:type="spellStart"/>
      <w:r w:rsidRPr="00757FBC">
        <w:rPr>
          <w:lang w:val="pt-BR"/>
        </w:rPr>
        <w:t>ões</w:t>
      </w:r>
      <w:proofErr w:type="spellEnd"/>
      <w:r w:rsidRPr="00757FBC">
        <w:rPr>
          <w:lang w:val="pt-BR"/>
        </w:rPr>
        <w:t>) de referência</w:t>
      </w:r>
    </w:p>
    <w:p w14:paraId="383096C1" w14:textId="77777777" w:rsidR="00843C2B" w:rsidRPr="00757FBC" w:rsidRDefault="00054188">
      <w:pPr>
        <w:rPr>
          <w:lang w:val="pt-BR"/>
        </w:rPr>
      </w:pPr>
      <w:r w:rsidRPr="00757FBC">
        <w:rPr>
          <w:lang w:val="pt-BR"/>
        </w:rPr>
        <w:t>☐ Contribuição(</w:t>
      </w:r>
      <w:proofErr w:type="spellStart"/>
      <w:r w:rsidRPr="00757FBC">
        <w:rPr>
          <w:lang w:val="pt-BR"/>
        </w:rPr>
        <w:t>ões</w:t>
      </w:r>
      <w:proofErr w:type="spellEnd"/>
      <w:r w:rsidRPr="00757FBC">
        <w:rPr>
          <w:lang w:val="pt-BR"/>
        </w:rPr>
        <w:t>) para bancos e coleções</w:t>
      </w:r>
    </w:p>
    <w:p w14:paraId="3B143EC8" w14:textId="77777777" w:rsidR="00843C2B" w:rsidRPr="00757FBC" w:rsidRDefault="00054188">
      <w:pPr>
        <w:rPr>
          <w:lang w:val="pt-BR"/>
        </w:rPr>
      </w:pPr>
      <w:r w:rsidRPr="00757FBC">
        <w:rPr>
          <w:lang w:val="pt-BR"/>
        </w:rPr>
        <w:t>☐ Produto(s) de inovação</w:t>
      </w:r>
    </w:p>
    <w:p w14:paraId="12B9623D" w14:textId="77777777" w:rsidR="00843C2B" w:rsidRPr="00757FBC" w:rsidRDefault="00054188">
      <w:pPr>
        <w:rPr>
          <w:lang w:val="pt-BR"/>
        </w:rPr>
      </w:pPr>
      <w:r w:rsidRPr="00757FBC">
        <w:rPr>
          <w:lang w:val="pt-BR"/>
        </w:rPr>
        <w:t>☐ Material(is) técnico(s)</w:t>
      </w:r>
    </w:p>
    <w:p w14:paraId="6CFA80FE" w14:textId="77777777" w:rsidR="00843C2B" w:rsidRPr="00757FBC" w:rsidRDefault="00054188">
      <w:pPr>
        <w:rPr>
          <w:lang w:val="pt-BR"/>
        </w:rPr>
      </w:pPr>
      <w:r w:rsidRPr="00757FBC">
        <w:rPr>
          <w:lang w:val="pt-BR"/>
        </w:rPr>
        <w:t>☐ Outro(s)</w:t>
      </w:r>
    </w:p>
    <w:p w14:paraId="61339160" w14:textId="6CE7ADF6" w:rsidR="00843C2B" w:rsidRPr="00757FBC" w:rsidRDefault="00054188">
      <w:pPr>
        <w:rPr>
          <w:lang w:val="pt-BR"/>
        </w:rPr>
      </w:pPr>
      <w:r w:rsidRPr="00757FBC">
        <w:rPr>
          <w:b/>
          <w:lang w:val="pt-BR"/>
        </w:rPr>
        <w:t>Relação detalhada dos produtos, com DOI, links, registros, patentes ou outros identificadores, quando existentes:</w:t>
      </w:r>
      <w:r w:rsidRPr="00757FBC">
        <w:rPr>
          <w:lang w:val="pt-BR"/>
        </w:rPr>
        <w:br/>
        <w:t>___________________________________________________________________________________________</w:t>
      </w:r>
      <w:r w:rsidR="00757FBC" w:rsidRPr="00757FBC">
        <w:rPr>
          <w:lang w:val="pt-BR"/>
        </w:rPr>
        <w:t>______________________________________________________________________________________________________________________________________________________________________________________</w:t>
      </w:r>
      <w:r w:rsidR="00757FBC" w:rsidRPr="00757FBC">
        <w:rPr>
          <w:lang w:val="pt-BR"/>
        </w:rPr>
        <w:lastRenderedPageBreak/>
        <w:t>______________________________________________________________________________________________________________________________________________________________________________________</w:t>
      </w:r>
    </w:p>
    <w:p w14:paraId="253914A2" w14:textId="77777777" w:rsidR="007D3BA1" w:rsidRDefault="007D3BA1">
      <w:pPr>
        <w:rPr>
          <w:b/>
          <w:sz w:val="23"/>
          <w:lang w:val="pt-BR"/>
        </w:rPr>
      </w:pPr>
    </w:p>
    <w:p w14:paraId="125CE885" w14:textId="79AE0D17" w:rsidR="00843C2B" w:rsidRPr="00757FBC" w:rsidRDefault="00054188">
      <w:pPr>
        <w:rPr>
          <w:lang w:val="pt-BR"/>
        </w:rPr>
      </w:pPr>
      <w:r w:rsidRPr="00757FBC">
        <w:rPr>
          <w:b/>
          <w:sz w:val="23"/>
          <w:lang w:val="pt-BR"/>
        </w:rPr>
        <w:t>11. DADOS DO VÍDEO DE APRESENTAÇÃO</w:t>
      </w:r>
    </w:p>
    <w:p w14:paraId="1150E53A" w14:textId="02ADD0CA" w:rsidR="00843C2B" w:rsidRDefault="00054188">
      <w:pPr>
        <w:rPr>
          <w:lang w:val="pt-BR"/>
        </w:rPr>
      </w:pPr>
      <w:r w:rsidRPr="00757FBC">
        <w:rPr>
          <w:b/>
          <w:lang w:val="pt-BR"/>
        </w:rPr>
        <w:t>Link para o vídeo (ou identificação do arquivo, conforme orientação da SBRG):</w:t>
      </w:r>
      <w:r w:rsidRPr="00757FBC">
        <w:rPr>
          <w:lang w:val="pt-BR"/>
        </w:rPr>
        <w:br/>
        <w:t>___________________________________________________________________________________________</w:t>
      </w:r>
    </w:p>
    <w:p w14:paraId="612F8F60" w14:textId="77777777" w:rsidR="00757FBC" w:rsidRPr="00757FBC" w:rsidRDefault="00757FBC">
      <w:pPr>
        <w:rPr>
          <w:lang w:val="pt-BR"/>
        </w:rPr>
      </w:pPr>
    </w:p>
    <w:p w14:paraId="67768A4E" w14:textId="1E43811A" w:rsidR="00843C2B" w:rsidRDefault="00054188">
      <w:pPr>
        <w:rPr>
          <w:lang w:val="pt-BR"/>
        </w:rPr>
      </w:pPr>
      <w:r w:rsidRPr="00757FBC">
        <w:rPr>
          <w:b/>
          <w:lang w:val="pt-BR"/>
        </w:rPr>
        <w:t>Duração do vídeo (máximo de 15 minutos):</w:t>
      </w:r>
      <w:r w:rsidRPr="00757FBC">
        <w:rPr>
          <w:lang w:val="pt-BR"/>
        </w:rPr>
        <w:br/>
        <w:t>___________________________________________________________________________________________</w:t>
      </w:r>
    </w:p>
    <w:p w14:paraId="49A4C0EE" w14:textId="77777777" w:rsidR="00843C2B" w:rsidRPr="00757FBC" w:rsidRDefault="00054188">
      <w:pPr>
        <w:rPr>
          <w:lang w:val="pt-BR"/>
        </w:rPr>
      </w:pPr>
      <w:r w:rsidRPr="00757FBC">
        <w:rPr>
          <w:lang w:val="pt-BR"/>
        </w:rPr>
        <w:t>☐ O vídeo foi elaborado e apresentado pelo próprio candidato.</w:t>
      </w:r>
    </w:p>
    <w:p w14:paraId="508A4832" w14:textId="77777777" w:rsidR="00843C2B" w:rsidRPr="00757FBC" w:rsidRDefault="00054188">
      <w:pPr>
        <w:rPr>
          <w:lang w:val="pt-BR"/>
        </w:rPr>
      </w:pPr>
      <w:r w:rsidRPr="00757FBC">
        <w:rPr>
          <w:lang w:val="pt-BR"/>
        </w:rPr>
        <w:t>☐ O vídeo será encaminhado até a data final das inscrições.</w:t>
      </w:r>
    </w:p>
    <w:p w14:paraId="640088EB" w14:textId="77777777" w:rsidR="00843C2B" w:rsidRPr="00757FBC" w:rsidRDefault="00054188">
      <w:pPr>
        <w:rPr>
          <w:lang w:val="pt-BR"/>
        </w:rPr>
      </w:pPr>
      <w:r w:rsidRPr="00757FBC">
        <w:rPr>
          <w:lang w:val="pt-BR"/>
        </w:rPr>
        <w:t>☐ O arquivo/link estará acessível e em condições de reprodução até o encerramento do período de avaliação.</w:t>
      </w:r>
    </w:p>
    <w:p w14:paraId="039188A6" w14:textId="77777777" w:rsidR="00843C2B" w:rsidRPr="00757FBC" w:rsidRDefault="00054188">
      <w:pPr>
        <w:rPr>
          <w:lang w:val="pt-BR"/>
        </w:rPr>
      </w:pPr>
      <w:r w:rsidRPr="00757FBC">
        <w:rPr>
          <w:lang w:val="pt-BR"/>
        </w:rPr>
        <w:t>Observação: o não envio do vídeo dentro do prazo implica a não homologação da candidatura. O candidato é responsável pela produção e pelo envio do vídeo.</w:t>
      </w:r>
    </w:p>
    <w:p w14:paraId="1DF28DAE" w14:textId="77777777" w:rsidR="00757FBC" w:rsidRDefault="00757FBC">
      <w:pPr>
        <w:rPr>
          <w:b/>
          <w:sz w:val="23"/>
          <w:lang w:val="pt-BR"/>
        </w:rPr>
      </w:pPr>
    </w:p>
    <w:p w14:paraId="013403A7" w14:textId="40D09BB7" w:rsidR="00843C2B" w:rsidRPr="00757FBC" w:rsidRDefault="00054188">
      <w:pPr>
        <w:rPr>
          <w:lang w:val="pt-BR"/>
        </w:rPr>
      </w:pPr>
      <w:r w:rsidRPr="00757FBC">
        <w:rPr>
          <w:b/>
          <w:sz w:val="23"/>
          <w:lang w:val="pt-BR"/>
        </w:rPr>
        <w:t>12. DOCUMENTOS OBRIGATÓRIOS – CHECKLIST</w:t>
      </w:r>
    </w:p>
    <w:p w14:paraId="437CCBC0" w14:textId="77777777" w:rsidR="00843C2B" w:rsidRPr="00757FBC" w:rsidRDefault="00054188">
      <w:pPr>
        <w:rPr>
          <w:lang w:val="pt-BR"/>
        </w:rPr>
      </w:pPr>
      <w:r w:rsidRPr="00757FBC">
        <w:rPr>
          <w:lang w:val="pt-BR"/>
        </w:rPr>
        <w:t>☐ Ficha de inscrição preenchida.</w:t>
      </w:r>
    </w:p>
    <w:p w14:paraId="25A1536E" w14:textId="77777777" w:rsidR="00843C2B" w:rsidRPr="00757FBC" w:rsidRDefault="00054188">
      <w:pPr>
        <w:rPr>
          <w:lang w:val="pt-BR"/>
        </w:rPr>
      </w:pPr>
      <w:r w:rsidRPr="00757FBC">
        <w:rPr>
          <w:lang w:val="pt-BR"/>
        </w:rPr>
        <w:t>☐ Versão final da tese ou dissertação.</w:t>
      </w:r>
    </w:p>
    <w:p w14:paraId="390A5743" w14:textId="77777777" w:rsidR="00843C2B" w:rsidRPr="00757FBC" w:rsidRDefault="00054188">
      <w:pPr>
        <w:rPr>
          <w:lang w:val="pt-BR"/>
        </w:rPr>
      </w:pPr>
      <w:r w:rsidRPr="00757FBC">
        <w:rPr>
          <w:lang w:val="pt-BR"/>
        </w:rPr>
        <w:t>☐ Comprovante oficial de defesa e aprovação.</w:t>
      </w:r>
    </w:p>
    <w:p w14:paraId="5CC276EF" w14:textId="77777777" w:rsidR="00843C2B" w:rsidRPr="00757FBC" w:rsidRDefault="00054188">
      <w:pPr>
        <w:rPr>
          <w:lang w:val="pt-BR"/>
        </w:rPr>
      </w:pPr>
      <w:r w:rsidRPr="00757FBC">
        <w:rPr>
          <w:lang w:val="pt-BR"/>
        </w:rPr>
        <w:t>☐ Indicação da área dos Recursos Genéticos.</w:t>
      </w:r>
    </w:p>
    <w:p w14:paraId="297FDE05" w14:textId="77777777" w:rsidR="00843C2B" w:rsidRPr="00757FBC" w:rsidRDefault="00054188">
      <w:pPr>
        <w:rPr>
          <w:lang w:val="pt-BR"/>
        </w:rPr>
      </w:pPr>
      <w:r w:rsidRPr="00757FBC">
        <w:rPr>
          <w:lang w:val="pt-BR"/>
        </w:rPr>
        <w:t>☐ Currículo atualizado do candidato.</w:t>
      </w:r>
    </w:p>
    <w:p w14:paraId="29753132" w14:textId="77777777" w:rsidR="00843C2B" w:rsidRPr="00757FBC" w:rsidRDefault="00054188">
      <w:pPr>
        <w:rPr>
          <w:lang w:val="pt-BR"/>
        </w:rPr>
      </w:pPr>
      <w:r w:rsidRPr="00757FBC">
        <w:rPr>
          <w:lang w:val="pt-BR"/>
        </w:rPr>
        <w:t>☐ Relação dos produtos científicos, tecnológicos ou técnicos diretamente decorrentes, quando existentes.</w:t>
      </w:r>
    </w:p>
    <w:p w14:paraId="0FED1AAB" w14:textId="77777777" w:rsidR="00843C2B" w:rsidRPr="00757FBC" w:rsidRDefault="00054188">
      <w:pPr>
        <w:rPr>
          <w:lang w:val="pt-BR"/>
        </w:rPr>
      </w:pPr>
      <w:r w:rsidRPr="00757FBC">
        <w:rPr>
          <w:lang w:val="pt-BR"/>
        </w:rPr>
        <w:t>☐ Vídeo de apresentação de até 15 minutos, elaborado e apresentado pelo próprio candidato.</w:t>
      </w:r>
    </w:p>
    <w:p w14:paraId="03A9236A" w14:textId="77777777" w:rsidR="00757FBC" w:rsidRDefault="00757FBC">
      <w:pPr>
        <w:rPr>
          <w:b/>
          <w:sz w:val="23"/>
          <w:lang w:val="pt-BR"/>
        </w:rPr>
      </w:pPr>
    </w:p>
    <w:p w14:paraId="1A2242C0" w14:textId="7D3209A6" w:rsidR="00843C2B" w:rsidRPr="00757FBC" w:rsidRDefault="00054188">
      <w:pPr>
        <w:rPr>
          <w:lang w:val="pt-BR"/>
        </w:rPr>
      </w:pPr>
      <w:r w:rsidRPr="00757FBC">
        <w:rPr>
          <w:b/>
          <w:sz w:val="23"/>
          <w:lang w:val="pt-BR"/>
        </w:rPr>
        <w:t>13. DECLARAÇÕES DO(A) CANDIDATO(A)</w:t>
      </w:r>
    </w:p>
    <w:p w14:paraId="2F6780A4" w14:textId="77777777" w:rsidR="00843C2B" w:rsidRPr="00757FBC" w:rsidRDefault="00054188">
      <w:pPr>
        <w:rPr>
          <w:lang w:val="pt-BR"/>
        </w:rPr>
      </w:pPr>
      <w:r w:rsidRPr="00757FBC">
        <w:rPr>
          <w:lang w:val="pt-BR"/>
        </w:rPr>
        <w:t>☐ Declaro que as informações fornecidas nesta ficha são verdadeiras e completas.</w:t>
      </w:r>
    </w:p>
    <w:p w14:paraId="30BED298" w14:textId="77777777" w:rsidR="00843C2B" w:rsidRPr="00757FBC" w:rsidRDefault="00054188">
      <w:pPr>
        <w:rPr>
          <w:lang w:val="pt-BR"/>
        </w:rPr>
      </w:pPr>
      <w:r w:rsidRPr="00757FBC">
        <w:rPr>
          <w:lang w:val="pt-BR"/>
        </w:rPr>
        <w:t>☐ Declaro que o trabalho atende aos requisitos de elegibilidade previstos no Regulamento.</w:t>
      </w:r>
    </w:p>
    <w:p w14:paraId="23A1E1D8" w14:textId="77777777" w:rsidR="00843C2B" w:rsidRPr="00757FBC" w:rsidRDefault="00054188">
      <w:pPr>
        <w:rPr>
          <w:lang w:val="pt-BR"/>
        </w:rPr>
      </w:pPr>
      <w:r w:rsidRPr="00757FBC">
        <w:rPr>
          <w:lang w:val="pt-BR"/>
        </w:rPr>
        <w:t>☐ Declaro estar ciente de que teses e dissertações serão avaliadas conjuntamente pela mesma matriz de mérito.</w:t>
      </w:r>
    </w:p>
    <w:p w14:paraId="1461E008" w14:textId="77777777" w:rsidR="00843C2B" w:rsidRPr="00757FBC" w:rsidRDefault="00054188">
      <w:pPr>
        <w:rPr>
          <w:lang w:val="pt-BR"/>
        </w:rPr>
      </w:pPr>
      <w:r w:rsidRPr="00757FBC">
        <w:rPr>
          <w:lang w:val="pt-BR"/>
        </w:rPr>
        <w:t>☐ Declaro ciência de que a inexistência de artigo publicado não exclui nem inviabiliza a candidatura.</w:t>
      </w:r>
    </w:p>
    <w:p w14:paraId="09DC4E1A" w14:textId="77777777" w:rsidR="00843C2B" w:rsidRPr="00757FBC" w:rsidRDefault="00054188">
      <w:pPr>
        <w:rPr>
          <w:lang w:val="pt-BR"/>
        </w:rPr>
      </w:pPr>
      <w:r w:rsidRPr="00757FBC">
        <w:rPr>
          <w:lang w:val="pt-BR"/>
        </w:rPr>
        <w:lastRenderedPageBreak/>
        <w:t>☐ Declaro ciência de que o número absoluto de publicações não será utilizado isoladamente como medida da qualidade do trabalho.</w:t>
      </w:r>
    </w:p>
    <w:p w14:paraId="63AD01F3" w14:textId="77777777" w:rsidR="00843C2B" w:rsidRPr="00757FBC" w:rsidRDefault="00054188">
      <w:pPr>
        <w:rPr>
          <w:lang w:val="pt-BR"/>
        </w:rPr>
      </w:pPr>
      <w:r w:rsidRPr="00757FBC">
        <w:rPr>
          <w:lang w:val="pt-BR"/>
        </w:rPr>
        <w:t>☐ Declaro ciência das regras relativas ao vídeo e às condições de não homologação.</w:t>
      </w:r>
    </w:p>
    <w:p w14:paraId="7F30C48E" w14:textId="77777777" w:rsidR="00843C2B" w:rsidRPr="00757FBC" w:rsidRDefault="00054188">
      <w:pPr>
        <w:rPr>
          <w:lang w:val="pt-BR"/>
        </w:rPr>
      </w:pPr>
      <w:r w:rsidRPr="00757FBC">
        <w:rPr>
          <w:lang w:val="pt-BR"/>
        </w:rPr>
        <w:t>☐ Autorizo, nos termos do Regulamento, o uso gratuito de minha imagem, voz e nome pela SBRG para divulgação institucional e científica relacionada ao Prêmio e às atividades da Sociedade.</w:t>
      </w:r>
    </w:p>
    <w:p w14:paraId="0CF17067" w14:textId="77777777" w:rsidR="00843C2B" w:rsidRPr="00757FBC" w:rsidRDefault="00054188">
      <w:pPr>
        <w:rPr>
          <w:lang w:val="pt-BR"/>
        </w:rPr>
      </w:pPr>
      <w:r w:rsidRPr="00757FBC">
        <w:rPr>
          <w:lang w:val="pt-BR"/>
        </w:rPr>
        <w:t>☐ Declaro estar ciente de que essa autorização não implica transferência dos direitos autorais sobre a tese/dissertação ou outras obras submetidas.</w:t>
      </w:r>
    </w:p>
    <w:p w14:paraId="790C2375" w14:textId="49635A96" w:rsidR="00757FBC" w:rsidRDefault="00054188">
      <w:pPr>
        <w:rPr>
          <w:b/>
          <w:lang w:val="pt-BR"/>
        </w:rPr>
      </w:pPr>
      <w:r w:rsidRPr="00757FBC">
        <w:rPr>
          <w:b/>
          <w:lang w:val="pt-BR"/>
        </w:rPr>
        <w:t>Local e data:</w:t>
      </w:r>
      <w:r w:rsidRPr="00757FBC">
        <w:rPr>
          <w:lang w:val="pt-BR"/>
        </w:rPr>
        <w:br/>
      </w:r>
    </w:p>
    <w:p w14:paraId="1BBCE0F8" w14:textId="03971AF1" w:rsidR="00843C2B" w:rsidRPr="00757FBC" w:rsidRDefault="00054188">
      <w:pPr>
        <w:rPr>
          <w:lang w:val="pt-BR"/>
        </w:rPr>
      </w:pPr>
      <w:r w:rsidRPr="00757FBC">
        <w:rPr>
          <w:b/>
          <w:lang w:val="pt-BR"/>
        </w:rPr>
        <w:t>Nome do(a) candidato(a):</w:t>
      </w:r>
      <w:r w:rsidRPr="00757FBC">
        <w:rPr>
          <w:lang w:val="pt-BR"/>
        </w:rPr>
        <w:br/>
      </w:r>
    </w:p>
    <w:p w14:paraId="3C5514BA" w14:textId="2A3E9CD4" w:rsidR="00843C2B" w:rsidRPr="00757FBC" w:rsidRDefault="00054188">
      <w:pPr>
        <w:rPr>
          <w:lang w:val="pt-BR"/>
        </w:rPr>
      </w:pPr>
      <w:r w:rsidRPr="00757FBC">
        <w:rPr>
          <w:b/>
          <w:lang w:val="pt-BR"/>
        </w:rPr>
        <w:t>Assinatura:</w:t>
      </w:r>
    </w:p>
    <w:sectPr w:rsidR="00843C2B" w:rsidRPr="00757FBC" w:rsidSect="007D3BA1">
      <w:headerReference w:type="default" r:id="rId8"/>
      <w:pgSz w:w="12240" w:h="15840"/>
      <w:pgMar w:top="1843" w:right="1020" w:bottom="964" w:left="10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4F4E67" w14:textId="77777777" w:rsidR="00E0118F" w:rsidRDefault="00E0118F" w:rsidP="007D3BA1">
      <w:pPr>
        <w:spacing w:after="0" w:line="240" w:lineRule="auto"/>
      </w:pPr>
      <w:r>
        <w:separator/>
      </w:r>
    </w:p>
  </w:endnote>
  <w:endnote w:type="continuationSeparator" w:id="0">
    <w:p w14:paraId="51E94AE6" w14:textId="77777777" w:rsidR="00E0118F" w:rsidRDefault="00E0118F" w:rsidP="007D3B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AA796F" w14:textId="77777777" w:rsidR="00E0118F" w:rsidRDefault="00E0118F" w:rsidP="007D3BA1">
      <w:pPr>
        <w:spacing w:after="0" w:line="240" w:lineRule="auto"/>
      </w:pPr>
      <w:r>
        <w:separator/>
      </w:r>
    </w:p>
  </w:footnote>
  <w:footnote w:type="continuationSeparator" w:id="0">
    <w:p w14:paraId="291721A8" w14:textId="77777777" w:rsidR="00E0118F" w:rsidRDefault="00E0118F" w:rsidP="007D3B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90B5FD" w14:textId="22498F68" w:rsidR="007D3BA1" w:rsidRDefault="007D3BA1" w:rsidP="007D3BA1">
    <w:pPr>
      <w:pStyle w:val="Cabealho"/>
      <w:jc w:val="center"/>
    </w:pPr>
    <w:r w:rsidRPr="009F0F0F">
      <w:rPr>
        <w:noProof/>
      </w:rPr>
      <w:drawing>
        <wp:inline distT="0" distB="0" distL="0" distR="0" wp14:anchorId="7B0F3B94" wp14:editId="126DA2D1">
          <wp:extent cx="1256567" cy="533400"/>
          <wp:effectExtent l="0" t="0" r="1270" b="0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3163" cy="536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755250013">
    <w:abstractNumId w:val="8"/>
  </w:num>
  <w:num w:numId="2" w16cid:durableId="1669863606">
    <w:abstractNumId w:val="6"/>
  </w:num>
  <w:num w:numId="3" w16cid:durableId="1949969388">
    <w:abstractNumId w:val="5"/>
  </w:num>
  <w:num w:numId="4" w16cid:durableId="535195636">
    <w:abstractNumId w:val="4"/>
  </w:num>
  <w:num w:numId="5" w16cid:durableId="751121342">
    <w:abstractNumId w:val="7"/>
  </w:num>
  <w:num w:numId="6" w16cid:durableId="1941718164">
    <w:abstractNumId w:val="3"/>
  </w:num>
  <w:num w:numId="7" w16cid:durableId="1227456134">
    <w:abstractNumId w:val="2"/>
  </w:num>
  <w:num w:numId="8" w16cid:durableId="1896163436">
    <w:abstractNumId w:val="1"/>
  </w:num>
  <w:num w:numId="9" w16cid:durableId="14227231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54188"/>
    <w:rsid w:val="0006063C"/>
    <w:rsid w:val="0015074B"/>
    <w:rsid w:val="0029639D"/>
    <w:rsid w:val="00326F90"/>
    <w:rsid w:val="003C06FB"/>
    <w:rsid w:val="005165D1"/>
    <w:rsid w:val="007243B8"/>
    <w:rsid w:val="00756670"/>
    <w:rsid w:val="00757FBC"/>
    <w:rsid w:val="007D3BA1"/>
    <w:rsid w:val="00843C2B"/>
    <w:rsid w:val="008E4562"/>
    <w:rsid w:val="009F600E"/>
    <w:rsid w:val="00AA1D8D"/>
    <w:rsid w:val="00B47730"/>
    <w:rsid w:val="00CB0664"/>
    <w:rsid w:val="00E0118F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9B42D7B"/>
  <w14:defaultImageDpi w14:val="300"/>
  <w15:docId w15:val="{630136A1-6D65-4371-ADA7-C87DDE493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2227</Words>
  <Characters>12026</Characters>
  <Application>Microsoft Office Word</Application>
  <DocSecurity>0</DocSecurity>
  <Lines>100</Lines>
  <Paragraphs>28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14225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Elisangela Siqueira</cp:lastModifiedBy>
  <cp:revision>2</cp:revision>
  <dcterms:created xsi:type="dcterms:W3CDTF">2026-09-03T12:21:00Z</dcterms:created>
  <dcterms:modified xsi:type="dcterms:W3CDTF">2026-09-03T12:21:00Z</dcterms:modified>
  <cp:category/>
</cp:coreProperties>
</file>